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60"/>
        <w:jc w:val="right"/>
      </w:pPr>
      <w:r>
        <w:rPr>
          <w:sz w:val="16"/>
        </w:rPr>
        <w:t>Приложение № 3 к составу исполнительной документации,</w:t>
        <w:br/>
        <w:t>утверждённому приказом Минстроя России</w:t>
        <w:br/>
        <w:t>от 16 мая 2023 г. № 344/пр</w:t>
      </w:r>
    </w:p>
    <w:p>
      <w:pPr>
        <w:jc w:val="right"/>
      </w:pPr>
      <w:r>
        <w:rPr>
          <w:i/>
          <w:sz w:val="18"/>
        </w:rPr>
        <w:t>Рекомендуемый образец</w:t>
      </w:r>
    </w:p>
    <w:p>
      <w:pPr>
        <w:keepNext/>
        <w:spacing w:after="20"/>
      </w:pPr>
      <w:r>
        <w:rPr>
          <w:b/>
        </w:rPr>
        <w:t>Объект капитального строительства</w:t>
      </w:r>
    </w:p>
    <w:p>
      <w:pPr>
        <w:keepLines/>
        <w:spacing w:after="20"/>
      </w:pPr>
      <w:r>
        <w:t>______________________________________________________________________________________</w:t>
      </w:r>
    </w:p>
    <w:p>
      <w:pPr>
        <w:keepLines/>
        <w:spacing w:after="20"/>
      </w:pPr>
      <w:r>
        <w:t>______________________________________________________________________________________</w:t>
      </w:r>
    </w:p>
    <w:p>
      <w:pPr>
        <w:spacing w:after="100"/>
        <w:jc w:val="center"/>
      </w:pPr>
      <w:r>
        <w:rPr>
          <w:i/>
          <w:color w:val="464646"/>
          <w:sz w:val="16"/>
        </w:rPr>
        <w:t>наименование объекта по проектной документации, почтовый или строительный адрес</w:t>
      </w:r>
    </w:p>
    <w:p>
      <w:pPr>
        <w:keepNext/>
        <w:spacing w:after="20"/>
      </w:pPr>
      <w:r>
        <w:rPr>
          <w:b/>
        </w:rPr>
        <w:t>Застройщик, технический заказчик, лицо, ответственное за эксплуатацию здания, сооружения, или региональный оператор</w:t>
      </w:r>
    </w:p>
    <w:p>
      <w:pPr>
        <w:keepLines/>
        <w:spacing w:after="20"/>
      </w:pPr>
      <w:r>
        <w:t>______________________________________________________________________________________</w:t>
      </w:r>
    </w:p>
    <w:p>
      <w:pPr>
        <w:keepLines/>
        <w:spacing w:after="20"/>
      </w:pPr>
      <w:r>
        <w:t>______________________________________________________________________________________</w:t>
      </w:r>
    </w:p>
    <w:p>
      <w:pPr>
        <w:keepLines/>
        <w:spacing w:after="20"/>
      </w:pPr>
      <w:r>
        <w:t>______________________________________________________________________________________</w:t>
      </w:r>
    </w:p>
    <w:p>
      <w:pPr>
        <w:keepLines/>
        <w:spacing w:after="20"/>
      </w:pPr>
      <w:r>
        <w:t>______________________________________________________________________________________</w:t>
      </w:r>
    </w:p>
    <w:p>
      <w:pPr>
        <w:spacing w:after="100"/>
        <w:jc w:val="center"/>
      </w:pPr>
      <w:r>
        <w:rPr>
          <w:i/>
          <w:color w:val="464646"/>
          <w:sz w:val="16"/>
        </w:rPr>
        <w:t>для ИП: Ф. И. О., адрес, ОГРНИП, ИНН; для юридического лица: наименование, ОГРН, ИНН, адрес, телефон или факс; сведения о СРО, когда членство требуется; для физического лица: Ф. И. О., паспортные данные, адрес, телефон или факс</w:t>
      </w:r>
    </w:p>
    <w:p>
      <w:pPr>
        <w:keepNext/>
        <w:spacing w:after="20"/>
      </w:pPr>
      <w:r>
        <w:rPr>
          <w:b/>
        </w:rPr>
        <w:t>Лицо, осуществляющее строительство, реконструкцию, капитальный ремонт</w:t>
      </w:r>
    </w:p>
    <w:p>
      <w:pPr>
        <w:keepLines/>
        <w:spacing w:after="20"/>
      </w:pPr>
      <w:r>
        <w:t>______________________________________________________________________________________</w:t>
      </w:r>
    </w:p>
    <w:p>
      <w:pPr>
        <w:keepLines/>
        <w:spacing w:after="20"/>
      </w:pPr>
      <w:r>
        <w:t>______________________________________________________________________________________</w:t>
      </w:r>
    </w:p>
    <w:p>
      <w:pPr>
        <w:keepLines/>
        <w:spacing w:after="20"/>
      </w:pPr>
      <w:r>
        <w:t>______________________________________________________________________________________</w:t>
      </w:r>
    </w:p>
    <w:p>
      <w:pPr>
        <w:keepLines/>
        <w:spacing w:after="20"/>
      </w:pPr>
      <w:r>
        <w:t>______________________________________________________________________________________</w:t>
      </w:r>
    </w:p>
    <w:p>
      <w:pPr>
        <w:spacing w:after="100"/>
        <w:jc w:val="center"/>
      </w:pPr>
      <w:r>
        <w:rPr>
          <w:i/>
          <w:color w:val="464646"/>
          <w:sz w:val="16"/>
        </w:rPr>
        <w:t>для ИП: Ф. И. О., адрес, ОГРНИП, ИНН; для юридического лица: наименование, ОГРН, ИНН, адрес, телефон или факс; сведения о СРО, когда членство требуется</w:t>
      </w:r>
    </w:p>
    <w:p>
      <w:pPr>
        <w:keepNext/>
        <w:spacing w:after="20"/>
      </w:pPr>
      <w:r>
        <w:rPr>
          <w:b/>
        </w:rPr>
        <w:t>Лицо, осуществляющее подготовку проектной документации</w:t>
      </w:r>
    </w:p>
    <w:p>
      <w:pPr>
        <w:keepLines/>
        <w:spacing w:after="20"/>
      </w:pPr>
      <w:r>
        <w:t>______________________________________________________________________________________</w:t>
      </w:r>
    </w:p>
    <w:p>
      <w:pPr>
        <w:keepLines/>
        <w:spacing w:after="20"/>
      </w:pPr>
      <w:r>
        <w:t>______________________________________________________________________________________</w:t>
      </w:r>
    </w:p>
    <w:p>
      <w:pPr>
        <w:keepLines/>
        <w:spacing w:after="20"/>
      </w:pPr>
      <w:r>
        <w:t>______________________________________________________________________________________</w:t>
      </w:r>
    </w:p>
    <w:p>
      <w:pPr>
        <w:keepLines/>
        <w:spacing w:after="20"/>
      </w:pPr>
      <w:r>
        <w:t>______________________________________________________________________________________</w:t>
      </w:r>
    </w:p>
    <w:p>
      <w:pPr>
        <w:spacing w:after="100"/>
        <w:jc w:val="center"/>
      </w:pPr>
      <w:r>
        <w:rPr>
          <w:i/>
          <w:color w:val="464646"/>
          <w:sz w:val="16"/>
        </w:rPr>
        <w:t>для ИП: Ф. И. О., адрес, ОГРНИП, ИНН; для юридического лица: наименование, ОГРН, ИНН, адрес, телефон или факс; сведения о СРО, когда членство требуется</w:t>
      </w:r>
    </w:p>
    <w:p>
      <w:r>
        <w:br w:type="page"/>
      </w:r>
    </w:p>
    <w:p>
      <w:pPr>
        <w:spacing w:after="200"/>
        <w:jc w:val="center"/>
      </w:pPr>
      <w:r>
        <w:rPr>
          <w:b/>
          <w:sz w:val="30"/>
        </w:rPr>
        <w:t>АКТ ОСВИДЕТЕЛЬСТВОВАНИЯ СКРЫТЫХ РАБОТ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4252"/>
        <w:gridCol w:w="4819"/>
      </w:tblGrid>
      <w:tr>
        <w:tc>
          <w:tcPr>
            <w:tcW w:type="dxa" w:w="5100"/>
          </w:tcPr>
          <w:p>
            <w:r>
              <w:t>№ ____________________</w:t>
            </w:r>
          </w:p>
        </w:tc>
        <w:tc>
          <w:tcPr>
            <w:tcW w:type="dxa" w:w="5100"/>
          </w:tcPr>
          <w:p>
            <w:r>
              <w:t>«____» ______________ 20___ г.</w:t>
            </w:r>
          </w:p>
        </w:tc>
      </w:tr>
      <w:tr>
        <w:tc>
          <w:tcPr>
            <w:tcW w:type="dxa" w:w="5100"/>
          </w:tcPr>
          <w:p/>
        </w:tc>
        <w:tc>
          <w:tcPr>
            <w:tcW w:type="dxa" w:w="5100"/>
          </w:tcPr>
          <w:p>
            <w:pPr>
              <w:jc w:val="center"/>
            </w:pPr>
            <w:r>
              <w:rPr>
                <w:i/>
                <w:sz w:val="16"/>
              </w:rPr>
              <w:t>дата составления акта</w:t>
            </w:r>
          </w:p>
        </w:tc>
      </w:tr>
    </w:tbl>
    <w:p>
      <w:pPr>
        <w:keepNext/>
        <w:spacing w:before="100" w:after="20"/>
      </w:pPr>
      <w:r>
        <w:rPr>
          <w:b/>
        </w:rPr>
        <w:t>Представитель застройщика, технического заказчика, лица, ответственного за эксплуатацию здания, сооружения, или регионального оператора по вопросам строительного контроля</w:t>
      </w:r>
    </w:p>
    <w:p>
      <w:pPr>
        <w:keepLines/>
        <w:spacing w:after="20"/>
      </w:pPr>
      <w:r>
        <w:t>______________________________________________________________________________________</w:t>
      </w:r>
    </w:p>
    <w:p>
      <w:pPr>
        <w:keepLines/>
        <w:spacing w:after="20"/>
      </w:pPr>
      <w:r>
        <w:t>______________________________________________________________________________________</w:t>
      </w:r>
    </w:p>
    <w:p>
      <w:pPr>
        <w:keepLines/>
        <w:spacing w:after="20"/>
      </w:pPr>
      <w:r>
        <w:t>______________________________________________________________________________________</w:t>
      </w:r>
    </w:p>
    <w:p>
      <w:pPr>
        <w:keepLines/>
        <w:spacing w:after="20"/>
      </w:pPr>
      <w:r>
        <w:t>______________________________________________________________________________________</w:t>
      </w:r>
    </w:p>
    <w:p>
      <w:pPr>
        <w:spacing w:after="100"/>
        <w:jc w:val="center"/>
      </w:pPr>
      <w:r>
        <w:rPr>
          <w:i/>
          <w:color w:val="464646"/>
          <w:sz w:val="16"/>
        </w:rPr>
        <w:t>должность, фамилия и инициалы, НРС при необходимости, реквизиты документа о полномочиях; сведения об организации или ИП при строительном контроле по договору</w:t>
      </w:r>
    </w:p>
    <w:p>
      <w:pPr>
        <w:keepNext/>
        <w:spacing w:before="100" w:after="20"/>
      </w:pPr>
      <w:r>
        <w:rPr>
          <w:b/>
        </w:rPr>
        <w:t>Представитель лица, осуществляющего строительство, реконструкцию, капитальный ремонт</w:t>
      </w:r>
    </w:p>
    <w:p>
      <w:pPr>
        <w:keepLines/>
        <w:spacing w:after="20"/>
      </w:pPr>
      <w:r>
        <w:t>______________________________________________________________________________________</w:t>
      </w:r>
    </w:p>
    <w:p>
      <w:pPr>
        <w:keepLines/>
        <w:spacing w:after="20"/>
      </w:pPr>
      <w:r>
        <w:t>______________________________________________________________________________________</w:t>
      </w:r>
    </w:p>
    <w:p>
      <w:pPr>
        <w:spacing w:after="100"/>
        <w:jc w:val="center"/>
      </w:pPr>
      <w:r>
        <w:rPr>
          <w:i/>
          <w:color w:val="464646"/>
          <w:sz w:val="16"/>
        </w:rPr>
        <w:t>должность, фамилия и инициалы, реквизиты документа о полномочиях</w:t>
      </w:r>
    </w:p>
    <w:p>
      <w:pPr>
        <w:keepNext/>
        <w:spacing w:before="100" w:after="20"/>
      </w:pPr>
      <w:r>
        <w:rPr>
          <w:b/>
        </w:rPr>
        <w:t>Представитель лица, осуществляющего строительство, реконструкцию, капитальный ремонт, по вопросам строительного контроля</w:t>
      </w:r>
    </w:p>
    <w:p>
      <w:pPr>
        <w:keepLines/>
        <w:spacing w:after="20"/>
      </w:pPr>
      <w:r>
        <w:t>______________________________________________________________________________________</w:t>
      </w:r>
    </w:p>
    <w:p>
      <w:pPr>
        <w:keepLines/>
        <w:spacing w:after="20"/>
      </w:pPr>
      <w:r>
        <w:t>______________________________________________________________________________________</w:t>
      </w:r>
    </w:p>
    <w:p>
      <w:pPr>
        <w:keepLines/>
        <w:spacing w:after="20"/>
      </w:pPr>
      <w:r>
        <w:t>______________________________________________________________________________________</w:t>
      </w:r>
    </w:p>
    <w:p>
      <w:pPr>
        <w:spacing w:after="100"/>
        <w:jc w:val="center"/>
      </w:pPr>
      <w:r>
        <w:rPr>
          <w:i/>
          <w:color w:val="464646"/>
          <w:sz w:val="16"/>
        </w:rPr>
        <w:t>должность, фамилия и инициалы, НРС при необходимости, реквизиты документа о полномочиях</w:t>
      </w:r>
    </w:p>
    <w:p>
      <w:pPr>
        <w:keepNext/>
        <w:spacing w:before="100" w:after="20"/>
      </w:pPr>
      <w:r>
        <w:rPr>
          <w:b/>
        </w:rPr>
        <w:t>Представитель лица, осуществляющего подготовку проектной документации</w:t>
      </w:r>
    </w:p>
    <w:p>
      <w:pPr>
        <w:keepLines/>
        <w:spacing w:after="20"/>
      </w:pPr>
      <w:r>
        <w:t>______________________________________________________________________________________</w:t>
      </w:r>
    </w:p>
    <w:p>
      <w:pPr>
        <w:keepLines/>
        <w:spacing w:after="20"/>
      </w:pPr>
      <w:r>
        <w:t>______________________________________________________________________________________</w:t>
      </w:r>
    </w:p>
    <w:p>
      <w:pPr>
        <w:keepLines/>
        <w:spacing w:after="20"/>
      </w:pPr>
      <w:r>
        <w:t>______________________________________________________________________________________</w:t>
      </w:r>
    </w:p>
    <w:p>
      <w:pPr>
        <w:spacing w:after="100"/>
        <w:jc w:val="center"/>
      </w:pPr>
      <w:r>
        <w:rPr>
          <w:i/>
          <w:color w:val="464646"/>
          <w:sz w:val="16"/>
        </w:rPr>
        <w:t>указывается при привлечении проектировщика для проверки соответствия работ проектной документации: должность, фамилия и инициалы, документ о полномочиях, сведения об организации или ИП</w:t>
      </w:r>
    </w:p>
    <w:p>
      <w:pPr>
        <w:keepNext/>
        <w:spacing w:before="100" w:after="20"/>
      </w:pPr>
      <w:r>
        <w:rPr>
          <w:b/>
        </w:rPr>
        <w:t>Представитель лица, выполнившего работы, подлежащие освидетельствованию</w:t>
      </w:r>
    </w:p>
    <w:p>
      <w:pPr>
        <w:keepLines/>
        <w:spacing w:after="20"/>
      </w:pPr>
      <w:r>
        <w:t>______________________________________________________________________________________</w:t>
      </w:r>
    </w:p>
    <w:p>
      <w:pPr>
        <w:keepLines/>
        <w:spacing w:after="20"/>
      </w:pPr>
      <w:r>
        <w:t>______________________________________________________________________________________</w:t>
      </w:r>
    </w:p>
    <w:p>
      <w:pPr>
        <w:keepLines/>
        <w:spacing w:after="20"/>
      </w:pPr>
      <w:r>
        <w:t>______________________________________________________________________________________</w:t>
      </w:r>
    </w:p>
    <w:p>
      <w:pPr>
        <w:spacing w:after="100"/>
        <w:jc w:val="center"/>
      </w:pPr>
      <w:r>
        <w:rPr>
          <w:i/>
          <w:color w:val="464646"/>
          <w:sz w:val="16"/>
        </w:rPr>
        <w:t>указывается при выполнении работ по договору с иным лицом: должность, фамилия и инициалы, документ о полномочиях, сведения об организации или ИП</w:t>
      </w:r>
    </w:p>
    <w:p>
      <w:pPr>
        <w:spacing w:before="120"/>
      </w:pPr>
      <w:r>
        <w:rPr>
          <w:b/>
        </w:rPr>
        <w:t>Произвели осмотр работ, выполненных:</w:t>
      </w:r>
    </w:p>
    <w:p>
      <w:pPr>
        <w:keepLines/>
        <w:spacing w:after="20"/>
      </w:pPr>
      <w:r>
        <w:t>______________________________________________________________________________________</w:t>
      </w:r>
    </w:p>
    <w:p>
      <w:pPr>
        <w:spacing w:after="100"/>
        <w:jc w:val="center"/>
      </w:pPr>
      <w:r>
        <w:rPr>
          <w:i/>
          <w:color w:val="464646"/>
          <w:sz w:val="16"/>
        </w:rPr>
        <w:t>наименование организации либо фамилия, имя и отчество лица, выполнившего работы</w:t>
      </w:r>
    </w:p>
    <w:p>
      <w:pPr>
        <w:spacing w:after="100"/>
      </w:pPr>
      <w:r>
        <w:t>и составили настоящий акт о нижеследующем:</w:t>
      </w:r>
    </w:p>
    <w:p>
      <w:r>
        <w:br w:type="page"/>
      </w:r>
    </w:p>
    <w:p>
      <w:pPr>
        <w:keepNext/>
        <w:spacing w:before="100" w:after="20"/>
      </w:pPr>
      <w:r>
        <w:rPr>
          <w:b/>
        </w:rPr>
        <w:t>1. К освидетельствованию предъявлены следующие работы</w:t>
      </w:r>
    </w:p>
    <w:p>
      <w:pPr>
        <w:keepLines/>
        <w:spacing w:after="20"/>
      </w:pPr>
      <w:r>
        <w:t>______________________________________________________________________________________</w:t>
      </w:r>
    </w:p>
    <w:p>
      <w:pPr>
        <w:keepLines/>
        <w:spacing w:after="20"/>
      </w:pPr>
      <w:r>
        <w:t>______________________________________________________________________________________</w:t>
      </w:r>
    </w:p>
    <w:p>
      <w:pPr>
        <w:spacing w:after="100"/>
        <w:jc w:val="center"/>
      </w:pPr>
      <w:r>
        <w:rPr>
          <w:i/>
          <w:color w:val="464646"/>
          <w:sz w:val="16"/>
        </w:rPr>
        <w:t>наименование скрытых работ</w:t>
      </w:r>
    </w:p>
    <w:p>
      <w:pPr>
        <w:keepNext/>
        <w:spacing w:before="100" w:after="20"/>
      </w:pPr>
      <w:r>
        <w:rPr>
          <w:b/>
        </w:rPr>
        <w:t>2. Работы выполнены по проектной документации</w:t>
      </w:r>
    </w:p>
    <w:p>
      <w:pPr>
        <w:keepLines/>
        <w:spacing w:after="20"/>
      </w:pPr>
      <w:r>
        <w:t>______________________________________________________________________________________</w:t>
      </w:r>
    </w:p>
    <w:p>
      <w:pPr>
        <w:keepLines/>
        <w:spacing w:after="20"/>
      </w:pPr>
      <w:r>
        <w:t>______________________________________________________________________________________</w:t>
      </w:r>
    </w:p>
    <w:p>
      <w:pPr>
        <w:keepLines/>
        <w:spacing w:after="20"/>
      </w:pPr>
      <w:r>
        <w:t>______________________________________________________________________________________</w:t>
      </w:r>
    </w:p>
    <w:p>
      <w:pPr>
        <w:spacing w:after="100"/>
        <w:jc w:val="center"/>
      </w:pPr>
      <w:r>
        <w:rPr>
          <w:i/>
          <w:color w:val="464646"/>
          <w:sz w:val="16"/>
        </w:rPr>
        <w:t>номер и другие реквизиты чертежа, наименование проектной и (или) рабочей документации, сведения о лицах, подготовивших раздел</w:t>
      </w:r>
    </w:p>
    <w:p>
      <w:pPr>
        <w:keepNext/>
        <w:spacing w:before="100" w:after="20"/>
      </w:pPr>
      <w:r>
        <w:rPr>
          <w:b/>
        </w:rPr>
        <w:t>3. При выполнении работ применены</w:t>
      </w:r>
    </w:p>
    <w:p>
      <w:pPr>
        <w:keepLines/>
        <w:spacing w:after="20"/>
      </w:pPr>
      <w:r>
        <w:t>______________________________________________________________________________________</w:t>
      </w:r>
    </w:p>
    <w:p>
      <w:pPr>
        <w:keepLines/>
        <w:spacing w:after="20"/>
      </w:pPr>
      <w:r>
        <w:t>______________________________________________________________________________________</w:t>
      </w:r>
    </w:p>
    <w:p>
      <w:pPr>
        <w:keepLines/>
        <w:spacing w:after="20"/>
      </w:pPr>
      <w:r>
        <w:t>______________________________________________________________________________________</w:t>
      </w:r>
    </w:p>
    <w:p>
      <w:pPr>
        <w:spacing w:after="100"/>
        <w:jc w:val="center"/>
      </w:pPr>
      <w:r>
        <w:rPr>
          <w:i/>
          <w:color w:val="464646"/>
          <w:sz w:val="16"/>
        </w:rPr>
        <w:t>наименования материалов и изделий, реквизиты сертификатов и иных документов о качестве и безопасности; при количестве более пяти документов укажите ссылку на их реестр как приложение к акту</w:t>
      </w:r>
    </w:p>
    <w:p>
      <w:pPr>
        <w:keepNext/>
        <w:spacing w:before="100" w:after="20"/>
      </w:pPr>
      <w:r>
        <w:rPr>
          <w:b/>
        </w:rPr>
        <w:t>4. Предъявлены документы, подтверждающие соответствие работ предъявляемым к ним требованиям</w:t>
      </w:r>
    </w:p>
    <w:p>
      <w:pPr>
        <w:keepLines/>
        <w:spacing w:after="20"/>
      </w:pPr>
      <w:r>
        <w:t>______________________________________________________________________________________</w:t>
      </w:r>
    </w:p>
    <w:p>
      <w:pPr>
        <w:keepLines/>
        <w:spacing w:after="20"/>
      </w:pPr>
      <w:r>
        <w:t>______________________________________________________________________________________</w:t>
      </w:r>
    </w:p>
    <w:p>
      <w:pPr>
        <w:keepLines/>
        <w:spacing w:after="20"/>
      </w:pPr>
      <w:r>
        <w:t>______________________________________________________________________________________</w:t>
      </w:r>
    </w:p>
    <w:p>
      <w:pPr>
        <w:spacing w:after="100"/>
        <w:jc w:val="center"/>
      </w:pPr>
      <w:r>
        <w:rPr>
          <w:i/>
          <w:color w:val="464646"/>
          <w:sz w:val="16"/>
        </w:rPr>
        <w:t>исполнительные схемы и чертежи, результаты экспертиз, обследований, лабораторных и иных испытаний, проведённых в процессе строительного контроля</w:t>
      </w:r>
    </w:p>
    <w:p>
      <w:r>
        <w:br w:type="page"/>
      </w:r>
    </w:p>
    <w:p>
      <w:pPr>
        <w:spacing w:before="100"/>
      </w:pPr>
      <w:r>
        <w:rPr>
          <w:b/>
        </w:rPr>
        <w:t>5. Даты: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268"/>
        <w:gridCol w:w="6803"/>
      </w:tblGrid>
      <w:tr>
        <w:tc>
          <w:tcPr>
            <w:tcW w:type="dxa" w:w="5100"/>
          </w:tcPr>
          <w:p>
            <w:r>
              <w:t>начала работ</w:t>
            </w:r>
          </w:p>
        </w:tc>
        <w:tc>
          <w:tcPr>
            <w:tcW w:type="dxa" w:w="5100"/>
          </w:tcPr>
          <w:p>
            <w:r>
              <w:t>«____» ______________ 20___ г.</w:t>
            </w:r>
          </w:p>
        </w:tc>
      </w:tr>
      <w:tr>
        <w:tc>
          <w:tcPr>
            <w:tcW w:type="dxa" w:w="5100"/>
          </w:tcPr>
          <w:p>
            <w:r>
              <w:t>окончания работ</w:t>
            </w:r>
          </w:p>
        </w:tc>
        <w:tc>
          <w:tcPr>
            <w:tcW w:type="dxa" w:w="5100"/>
          </w:tcPr>
          <w:p>
            <w:r>
              <w:t>«____» ______________ 20___ г.</w:t>
            </w:r>
          </w:p>
        </w:tc>
      </w:tr>
    </w:tbl>
    <w:p>
      <w:pPr>
        <w:keepNext/>
        <w:spacing w:before="100" w:after="20"/>
      </w:pPr>
      <w:r>
        <w:rPr>
          <w:b/>
        </w:rPr>
        <w:t>6. Работы выполнены в соответствии с</w:t>
      </w:r>
    </w:p>
    <w:p>
      <w:pPr>
        <w:keepLines/>
        <w:spacing w:after="20"/>
      </w:pPr>
      <w:r>
        <w:t>______________________________________________________________________________________</w:t>
      </w:r>
    </w:p>
    <w:p>
      <w:pPr>
        <w:keepLines/>
        <w:spacing w:after="20"/>
      </w:pPr>
      <w:r>
        <w:t>______________________________________________________________________________________</w:t>
      </w:r>
    </w:p>
    <w:p>
      <w:pPr>
        <w:keepLines/>
        <w:spacing w:after="20"/>
      </w:pPr>
      <w:r>
        <w:t>______________________________________________________________________________________</w:t>
      </w:r>
    </w:p>
    <w:p>
      <w:pPr>
        <w:spacing w:after="100"/>
        <w:jc w:val="center"/>
      </w:pPr>
      <w:r>
        <w:rPr>
          <w:i/>
          <w:color w:val="464646"/>
          <w:sz w:val="16"/>
        </w:rPr>
        <w:t>наименования и структурные единицы технических регламентов, иных нормативных правовых актов, разделы проектной и (или) рабочей документации</w:t>
      </w:r>
    </w:p>
    <w:p>
      <w:pPr>
        <w:keepNext/>
        <w:spacing w:before="100" w:after="20"/>
      </w:pPr>
      <w:r>
        <w:rPr>
          <w:b/>
        </w:rPr>
        <w:t>7. Разрешается производство последующих работ</w:t>
      </w:r>
    </w:p>
    <w:p>
      <w:pPr>
        <w:keepLines/>
        <w:spacing w:after="20"/>
      </w:pPr>
      <w:r>
        <w:t>______________________________________________________________________________________</w:t>
      </w:r>
    </w:p>
    <w:p>
      <w:pPr>
        <w:keepLines/>
        <w:spacing w:after="20"/>
      </w:pPr>
      <w:r>
        <w:t>______________________________________________________________________________________</w:t>
      </w:r>
    </w:p>
    <w:p>
      <w:pPr>
        <w:spacing w:after="100"/>
        <w:jc w:val="center"/>
      </w:pPr>
      <w:r>
        <w:rPr>
          <w:i/>
          <w:color w:val="464646"/>
          <w:sz w:val="16"/>
        </w:rPr>
        <w:t>наименования работ, строительных конструкций или участков сетей инженерно-технического обеспечения</w:t>
      </w:r>
    </w:p>
    <w:p>
      <w:pPr>
        <w:keepNext/>
        <w:spacing w:after="20"/>
      </w:pPr>
      <w:r>
        <w:rPr>
          <w:b/>
        </w:rPr>
        <w:t>Дополнительные сведения</w:t>
      </w:r>
    </w:p>
    <w:p>
      <w:pPr>
        <w:keepLines/>
        <w:spacing w:after="20"/>
      </w:pPr>
      <w:r>
        <w:t>______________________________________________________________________________________</w:t>
      </w:r>
    </w:p>
    <w:p>
      <w:pPr>
        <w:keepLines/>
        <w:spacing w:after="20"/>
      </w:pPr>
      <w:r>
        <w:t>______________________________________________________________________________________</w:t>
      </w:r>
    </w:p>
    <w:p>
      <w:pPr>
        <w:spacing w:after="100"/>
        <w:jc w:val="center"/>
      </w:pPr>
      <w:r>
        <w:rPr>
          <w:i/>
          <w:color w:val="464646"/>
          <w:sz w:val="16"/>
        </w:rPr>
        <w:t>при наличии</w:t>
      </w:r>
    </w:p>
    <w:p>
      <w:r>
        <w:rPr>
          <w:b/>
        </w:rPr>
        <w:t xml:space="preserve">Акт составлен в </w:t>
      </w:r>
      <w:r>
        <w:t>_________ экземплярах (при заполнении акта на бумажном носителе).</w:t>
      </w:r>
    </w:p>
    <w:p>
      <w:pPr>
        <w:keepNext/>
        <w:spacing w:after="20"/>
      </w:pPr>
      <w:r>
        <w:rPr>
          <w:b/>
        </w:rPr>
        <w:t>Приложения</w:t>
      </w:r>
    </w:p>
    <w:p>
      <w:pPr>
        <w:keepLines/>
        <w:spacing w:after="20"/>
      </w:pPr>
      <w:r>
        <w:t>______________________________________________________________________________________</w:t>
      </w:r>
    </w:p>
    <w:p>
      <w:pPr>
        <w:keepLines/>
        <w:spacing w:after="20"/>
      </w:pPr>
      <w:r>
        <w:t>______________________________________________________________________________________</w:t>
      </w:r>
    </w:p>
    <w:p>
      <w:pPr>
        <w:keepLines/>
        <w:spacing w:after="20"/>
      </w:pPr>
      <w:r>
        <w:t>______________________________________________________________________________________</w:t>
      </w:r>
    </w:p>
    <w:p>
      <w:pPr>
        <w:spacing w:after="100"/>
        <w:jc w:val="center"/>
      </w:pPr>
      <w:r>
        <w:rPr>
          <w:i/>
          <w:color w:val="464646"/>
          <w:sz w:val="16"/>
        </w:rPr>
        <w:t>исполнительные схемы и чертежи, результаты экспертиз, обследований, лабораторных и иных испытаний</w:t>
      </w:r>
    </w:p>
    <w:p>
      <w:r>
        <w:br w:type="page"/>
      </w:r>
    </w:p>
    <w:p>
      <w:pPr>
        <w:jc w:val="center"/>
      </w:pPr>
      <w:r>
        <w:rPr>
          <w:b/>
          <w:sz w:val="26"/>
        </w:rPr>
        <w:t>Подписи представителей</w:t>
      </w:r>
    </w:p>
    <w:p>
      <w:pPr>
        <w:keepNext/>
        <w:spacing w:before="140" w:after="60"/>
      </w:pPr>
      <w:r>
        <w:rPr>
          <w:b/>
        </w:rPr>
        <w:t>Представитель застройщика, технического заказчика, лица, ответственного за эксплуатацию здания, сооружения, или регионального оператора по вопросам строительного контроля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6520"/>
        <w:gridCol w:w="2551"/>
      </w:tblGrid>
      <w:tr>
        <w:tc>
          <w:tcPr>
            <w:tcW w:type="dxa" w:w="5100"/>
            <w:vAlign w:val="bottom"/>
            <w:tcBorders>
              <w:bottom w:val="single" w:sz="6" w:color="808080"/>
            </w:tcBorders>
          </w:tcPr>
          <w:p>
            <w:r>
              <w:t xml:space="preserve"> </w:t>
            </w:r>
          </w:p>
        </w:tc>
        <w:tc>
          <w:tcPr>
            <w:tcW w:type="dxa" w:w="5100"/>
            <w:vAlign w:val="bottom"/>
            <w:tcBorders>
              <w:bottom w:val="single" w:sz="6" w:color="808080"/>
            </w:tcBorders>
          </w:tcPr>
          <w:p>
            <w:r>
              <w:t xml:space="preserve"> </w:t>
            </w:r>
          </w:p>
        </w:tc>
      </w:tr>
      <w:tr>
        <w:tc>
          <w:tcPr>
            <w:tcW w:type="dxa" w:w="5100"/>
          </w:tcPr>
          <w:p>
            <w:pPr>
              <w:jc w:val="center"/>
            </w:pPr>
            <w:r>
              <w:rPr>
                <w:i/>
                <w:color w:val="464646"/>
                <w:sz w:val="16"/>
              </w:rPr>
              <w:t>фамилия, инициалы</w:t>
            </w:r>
          </w:p>
        </w:tc>
        <w:tc>
          <w:tcPr>
            <w:tcW w:type="dxa" w:w="5100"/>
          </w:tcPr>
          <w:p>
            <w:pPr>
              <w:jc w:val="center"/>
            </w:pPr>
            <w:r>
              <w:rPr>
                <w:i/>
                <w:color w:val="464646"/>
                <w:sz w:val="16"/>
              </w:rPr>
              <w:t>подпись</w:t>
            </w:r>
          </w:p>
        </w:tc>
      </w:tr>
    </w:tbl>
    <w:p>
      <w:pPr>
        <w:keepNext/>
        <w:spacing w:before="140" w:after="60"/>
      </w:pPr>
      <w:r>
        <w:rPr>
          <w:b/>
        </w:rPr>
        <w:t>Представитель лица, осуществляющего строительство, реконструкцию, капитальный ремонт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6520"/>
        <w:gridCol w:w="2551"/>
      </w:tblGrid>
      <w:tr>
        <w:tc>
          <w:tcPr>
            <w:tcW w:type="dxa" w:w="5100"/>
            <w:vAlign w:val="bottom"/>
            <w:tcBorders>
              <w:bottom w:val="single" w:sz="6" w:color="808080"/>
            </w:tcBorders>
          </w:tcPr>
          <w:p>
            <w:r>
              <w:t xml:space="preserve"> </w:t>
            </w:r>
          </w:p>
        </w:tc>
        <w:tc>
          <w:tcPr>
            <w:tcW w:type="dxa" w:w="5100"/>
            <w:vAlign w:val="bottom"/>
            <w:tcBorders>
              <w:bottom w:val="single" w:sz="6" w:color="808080"/>
            </w:tcBorders>
          </w:tcPr>
          <w:p>
            <w:r>
              <w:t xml:space="preserve"> </w:t>
            </w:r>
          </w:p>
        </w:tc>
      </w:tr>
      <w:tr>
        <w:tc>
          <w:tcPr>
            <w:tcW w:type="dxa" w:w="5100"/>
          </w:tcPr>
          <w:p>
            <w:pPr>
              <w:jc w:val="center"/>
            </w:pPr>
            <w:r>
              <w:rPr>
                <w:i/>
                <w:color w:val="464646"/>
                <w:sz w:val="16"/>
              </w:rPr>
              <w:t>фамилия, инициалы</w:t>
            </w:r>
          </w:p>
        </w:tc>
        <w:tc>
          <w:tcPr>
            <w:tcW w:type="dxa" w:w="5100"/>
          </w:tcPr>
          <w:p>
            <w:pPr>
              <w:jc w:val="center"/>
            </w:pPr>
            <w:r>
              <w:rPr>
                <w:i/>
                <w:color w:val="464646"/>
                <w:sz w:val="16"/>
              </w:rPr>
              <w:t>подпись</w:t>
            </w:r>
          </w:p>
        </w:tc>
      </w:tr>
    </w:tbl>
    <w:p>
      <w:pPr>
        <w:keepNext/>
        <w:spacing w:before="140" w:after="60"/>
      </w:pPr>
      <w:r>
        <w:rPr>
          <w:b/>
        </w:rPr>
        <w:t>Представитель лица, осуществляющего строительство, реконструкцию, капитальный ремонт, по вопросам строительного контроля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6520"/>
        <w:gridCol w:w="2551"/>
      </w:tblGrid>
      <w:tr>
        <w:tc>
          <w:tcPr>
            <w:tcW w:type="dxa" w:w="5100"/>
            <w:vAlign w:val="bottom"/>
            <w:tcBorders>
              <w:bottom w:val="single" w:sz="6" w:color="808080"/>
            </w:tcBorders>
          </w:tcPr>
          <w:p>
            <w:r>
              <w:t xml:space="preserve"> </w:t>
            </w:r>
          </w:p>
        </w:tc>
        <w:tc>
          <w:tcPr>
            <w:tcW w:type="dxa" w:w="5100"/>
            <w:vAlign w:val="bottom"/>
            <w:tcBorders>
              <w:bottom w:val="single" w:sz="6" w:color="808080"/>
            </w:tcBorders>
          </w:tcPr>
          <w:p>
            <w:r>
              <w:t xml:space="preserve"> </w:t>
            </w:r>
          </w:p>
        </w:tc>
      </w:tr>
      <w:tr>
        <w:tc>
          <w:tcPr>
            <w:tcW w:type="dxa" w:w="5100"/>
          </w:tcPr>
          <w:p>
            <w:pPr>
              <w:jc w:val="center"/>
            </w:pPr>
            <w:r>
              <w:rPr>
                <w:i/>
                <w:color w:val="464646"/>
                <w:sz w:val="16"/>
              </w:rPr>
              <w:t>фамилия, инициалы</w:t>
            </w:r>
          </w:p>
        </w:tc>
        <w:tc>
          <w:tcPr>
            <w:tcW w:type="dxa" w:w="5100"/>
          </w:tcPr>
          <w:p>
            <w:pPr>
              <w:jc w:val="center"/>
            </w:pPr>
            <w:r>
              <w:rPr>
                <w:i/>
                <w:color w:val="464646"/>
                <w:sz w:val="16"/>
              </w:rPr>
              <w:t>подпись</w:t>
            </w:r>
          </w:p>
        </w:tc>
      </w:tr>
    </w:tbl>
    <w:p>
      <w:pPr>
        <w:keepNext/>
        <w:spacing w:before="140" w:after="60"/>
      </w:pPr>
      <w:r>
        <w:rPr>
          <w:b/>
        </w:rPr>
        <w:t>Представитель лица, осуществляющего подготовку проектной документации (когда застройщик привлёк его для проверки соответствия работ проектной документации)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6520"/>
        <w:gridCol w:w="2551"/>
      </w:tblGrid>
      <w:tr>
        <w:tc>
          <w:tcPr>
            <w:tcW w:type="dxa" w:w="5100"/>
            <w:vAlign w:val="bottom"/>
            <w:tcBorders>
              <w:bottom w:val="single" w:sz="6" w:color="808080"/>
            </w:tcBorders>
          </w:tcPr>
          <w:p>
            <w:r>
              <w:t xml:space="preserve"> </w:t>
            </w:r>
          </w:p>
        </w:tc>
        <w:tc>
          <w:tcPr>
            <w:tcW w:type="dxa" w:w="5100"/>
            <w:vAlign w:val="bottom"/>
            <w:tcBorders>
              <w:bottom w:val="single" w:sz="6" w:color="808080"/>
            </w:tcBorders>
          </w:tcPr>
          <w:p>
            <w:r>
              <w:t xml:space="preserve"> </w:t>
            </w:r>
          </w:p>
        </w:tc>
      </w:tr>
      <w:tr>
        <w:tc>
          <w:tcPr>
            <w:tcW w:type="dxa" w:w="5100"/>
          </w:tcPr>
          <w:p>
            <w:pPr>
              <w:jc w:val="center"/>
            </w:pPr>
            <w:r>
              <w:rPr>
                <w:i/>
                <w:color w:val="464646"/>
                <w:sz w:val="16"/>
              </w:rPr>
              <w:t>фамилия, инициалы</w:t>
            </w:r>
          </w:p>
        </w:tc>
        <w:tc>
          <w:tcPr>
            <w:tcW w:type="dxa" w:w="5100"/>
          </w:tcPr>
          <w:p>
            <w:pPr>
              <w:jc w:val="center"/>
            </w:pPr>
            <w:r>
              <w:rPr>
                <w:i/>
                <w:color w:val="464646"/>
                <w:sz w:val="16"/>
              </w:rPr>
              <w:t>подпись</w:t>
            </w:r>
          </w:p>
        </w:tc>
      </w:tr>
    </w:tbl>
    <w:p>
      <w:pPr>
        <w:keepNext/>
        <w:spacing w:before="140" w:after="60"/>
      </w:pPr>
      <w:r>
        <w:rPr>
          <w:b/>
        </w:rPr>
        <w:t>Представитель лица, выполнившего работы, подлежащие освидетельствованию (при выполнении работ по договору с иным лицом)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6520"/>
        <w:gridCol w:w="2551"/>
      </w:tblGrid>
      <w:tr>
        <w:tc>
          <w:tcPr>
            <w:tcW w:type="dxa" w:w="5100"/>
            <w:vAlign w:val="bottom"/>
            <w:tcBorders>
              <w:bottom w:val="single" w:sz="6" w:color="808080"/>
            </w:tcBorders>
          </w:tcPr>
          <w:p>
            <w:r>
              <w:t xml:space="preserve"> </w:t>
            </w:r>
          </w:p>
        </w:tc>
        <w:tc>
          <w:tcPr>
            <w:tcW w:type="dxa" w:w="5100"/>
            <w:vAlign w:val="bottom"/>
            <w:tcBorders>
              <w:bottom w:val="single" w:sz="6" w:color="808080"/>
            </w:tcBorders>
          </w:tcPr>
          <w:p>
            <w:r>
              <w:t xml:space="preserve"> </w:t>
            </w:r>
          </w:p>
        </w:tc>
      </w:tr>
      <w:tr>
        <w:tc>
          <w:tcPr>
            <w:tcW w:type="dxa" w:w="5100"/>
          </w:tcPr>
          <w:p>
            <w:pPr>
              <w:jc w:val="center"/>
            </w:pPr>
            <w:r>
              <w:rPr>
                <w:i/>
                <w:color w:val="464646"/>
                <w:sz w:val="16"/>
              </w:rPr>
              <w:t>фамилия, инициалы</w:t>
            </w:r>
          </w:p>
        </w:tc>
        <w:tc>
          <w:tcPr>
            <w:tcW w:type="dxa" w:w="5100"/>
          </w:tcPr>
          <w:p>
            <w:pPr>
              <w:jc w:val="center"/>
            </w:pPr>
            <w:r>
              <w:rPr>
                <w:i/>
                <w:color w:val="464646"/>
                <w:sz w:val="16"/>
              </w:rPr>
              <w:t>подпись</w:t>
            </w:r>
          </w:p>
        </w:tc>
      </w:tr>
    </w:tbl>
    <w:sectPr w:rsidR="00FC693F" w:rsidRPr="0006063C" w:rsidSect="00034616">
      <w:footerReference w:type="default" r:id="rId9"/>
      <w:pgSz w:w="12240" w:h="15840"/>
      <w:pgMar w:top="879" w:right="1020" w:bottom="879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/>
        <w:color w:val="5A5A5A"/>
        <w:sz w:val="14"/>
      </w:rPr>
      <w:t>Редактируемый шаблон по рекомендуемому образцу приложения № 3 к приказу Минстроя России № 344/пр, редакция с 01.03.2026. Перед подписанием проверьте требования проекта и договора.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 w:line="240" w:lineRule="auto"/>
    </w:pPr>
    <w:rPr>
      <w:rFonts w:ascii="Arial" w:hAnsi="Arial" w:eastAsia="Arial"/>
      <w:color w:val="00000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eastAsia="Arial"/>
      <w:b/>
      <w:color w:val="000000"/>
      <w:spacing w:val="5"/>
      <w:kern w:val="28"/>
      <w:sz w:val="3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освидетельствования скрытых работ — редактируемый бланк</dc:title>
  <dc:subject>Рекомендуемый образец приложения № 3 к приказу Минстроя России № 344/пр</dc:subject>
  <dc:creator>Spb-plan.ru</dc:creator>
  <cp:keywords>акт скрытых работ, АОСР, бланк, Word, приказ 344/пр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